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65822" w14:textId="34C23ABF" w:rsidR="000B086F" w:rsidRPr="00790F24" w:rsidRDefault="00C42802" w:rsidP="22139DC2">
      <w:pPr>
        <w:pStyle w:val="Heading1"/>
        <w:spacing w:before="0"/>
        <w:rPr>
          <w:sz w:val="36"/>
          <w:szCs w:val="36"/>
        </w:rPr>
      </w:pPr>
      <w:r>
        <w:rPr>
          <w:noProof/>
        </w:rPr>
        <w:drawing>
          <wp:anchor distT="0" distB="0" distL="114300" distR="114300" simplePos="0" relativeHeight="251658240" behindDoc="0" locked="0" layoutInCell="1" allowOverlap="1" wp14:anchorId="241F004D" wp14:editId="13CAC75B">
            <wp:simplePos x="0" y="0"/>
            <wp:positionH relativeFrom="column">
              <wp:align>left</wp:align>
            </wp:positionH>
            <wp:positionV relativeFrom="paragraph">
              <wp:posOffset>0</wp:posOffset>
            </wp:positionV>
            <wp:extent cx="1924050" cy="1352550"/>
            <wp:effectExtent l="0" t="0" r="0" b="0"/>
            <wp:wrapSquare wrapText="bothSides"/>
            <wp:docPr id="15510745" name="drawing" title="O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745" name="Picture 15510745"/>
                    <pic:cNvPicPr/>
                  </pic:nvPicPr>
                  <pic:blipFill>
                    <a:blip r:embed="rId8">
                      <a:extLst>
                        <a:ext uri="{28A0092B-C50C-407E-A947-70E740481C1C}">
                          <a14:useLocalDpi xmlns:a14="http://schemas.microsoft.com/office/drawing/2010/main"/>
                        </a:ext>
                      </a:extLst>
                    </a:blip>
                    <a:stretch>
                      <a:fillRect/>
                    </a:stretch>
                  </pic:blipFill>
                  <pic:spPr>
                    <a:xfrm>
                      <a:off x="0" y="0"/>
                      <a:ext cx="1924050" cy="1352550"/>
                    </a:xfrm>
                    <a:prstGeom prst="rect">
                      <a:avLst/>
                    </a:prstGeom>
                  </pic:spPr>
                </pic:pic>
              </a:graphicData>
            </a:graphic>
            <wp14:sizeRelH relativeFrom="page">
              <wp14:pctWidth>0</wp14:pctWidth>
            </wp14:sizeRelH>
            <wp14:sizeRelV relativeFrom="page">
              <wp14:pctHeight>0</wp14:pctHeight>
            </wp14:sizeRelV>
          </wp:anchor>
        </w:drawing>
      </w:r>
      <w:r w:rsidR="76835BFB" w:rsidRPr="76835BFB">
        <w:rPr>
          <w:sz w:val="36"/>
          <w:szCs w:val="36"/>
        </w:rPr>
        <w:t xml:space="preserve">2026-2027 One Hundred Shares Dallas Grant Application </w:t>
      </w:r>
    </w:p>
    <w:p w14:paraId="5BC21575" w14:textId="43AEA9C0" w:rsidR="000B086F" w:rsidRPr="00790F24" w:rsidRDefault="22139DC2" w:rsidP="00790F24">
      <w:pPr>
        <w:pStyle w:val="Heading1"/>
        <w:spacing w:before="0"/>
        <w:rPr>
          <w:sz w:val="36"/>
          <w:szCs w:val="36"/>
        </w:rPr>
      </w:pPr>
      <w:r>
        <w:t>Our Mission</w:t>
      </w:r>
    </w:p>
    <w:p w14:paraId="1B3A8E70" w14:textId="5E385C89" w:rsidR="00221CFB" w:rsidRPr="00221CFB" w:rsidRDefault="22139DC2" w:rsidP="00221CFB">
      <w:r>
        <w:t xml:space="preserve">One Hundred Shares – Dallas, Inc. (OHS) was formed to support the work of Christian nonprofit organizations in the Dallas area that serve “the least of these” and share the gospel. Annually, we award $100,000 to a nonprofit organization(s) selected by the OHS Board and Partners; often we </w:t>
      </w:r>
      <w:proofErr w:type="gramStart"/>
      <w:r>
        <w:t>are able to</w:t>
      </w:r>
      <w:proofErr w:type="gramEnd"/>
      <w:r>
        <w:t xml:space="preserve"> award smaller amounts to other finalists. Our heart is to propel a ministry forward, help a small ministry expand, or fund an entire project with this grant.</w:t>
      </w:r>
    </w:p>
    <w:p w14:paraId="4B0CF774" w14:textId="723AFB28" w:rsidR="00EF40FC" w:rsidRDefault="00FF37CE" w:rsidP="000B086F">
      <w:pPr>
        <w:pStyle w:val="Heading1"/>
      </w:pPr>
      <w:r>
        <w:t>SECTION 1: APPLICATION SNAPSHOT</w:t>
      </w:r>
    </w:p>
    <w:p w14:paraId="4B7E0930" w14:textId="77777777" w:rsidR="00EF40FC" w:rsidRDefault="00C42802">
      <w:r>
        <w:t>Please provide concise information that allows the Board to quickly understand who you are and what you are requesting.</w:t>
      </w:r>
    </w:p>
    <w:p w14:paraId="15085184" w14:textId="40FBC868" w:rsidR="00EF40FC" w:rsidRPr="00635C19" w:rsidRDefault="00C42802">
      <w:pPr>
        <w:rPr>
          <w:b/>
          <w:bCs/>
        </w:rPr>
      </w:pPr>
      <w:r w:rsidRPr="00635C19">
        <w:rPr>
          <w:b/>
          <w:bCs/>
        </w:rPr>
        <w:t>Organization Name:</w:t>
      </w:r>
      <w:r w:rsidR="00786D64" w:rsidRPr="00635C19">
        <w:rPr>
          <w:b/>
          <w:bCs/>
        </w:rPr>
        <w:t xml:space="preserve"> </w:t>
      </w:r>
    </w:p>
    <w:p w14:paraId="5E2A5983" w14:textId="0F46293A" w:rsidR="00EF40FC" w:rsidRPr="00635C19" w:rsidRDefault="22139DC2">
      <w:pPr>
        <w:rPr>
          <w:b/>
          <w:bCs/>
        </w:rPr>
      </w:pPr>
      <w:r w:rsidRPr="22139DC2">
        <w:rPr>
          <w:b/>
          <w:bCs/>
        </w:rPr>
        <w:t xml:space="preserve">Executive Director / CEO contact information (Name, Email, Phone, Mailing address): </w:t>
      </w:r>
    </w:p>
    <w:p w14:paraId="18697214" w14:textId="50CCA1CF" w:rsidR="22139DC2" w:rsidRDefault="22139DC2" w:rsidP="22139DC2">
      <w:pPr>
        <w:rPr>
          <w:b/>
          <w:bCs/>
        </w:rPr>
      </w:pPr>
    </w:p>
    <w:p w14:paraId="63574FAA" w14:textId="4B84D4DE" w:rsidR="00EF40FC" w:rsidRPr="00635C19" w:rsidRDefault="00C42802">
      <w:pPr>
        <w:rPr>
          <w:b/>
          <w:bCs/>
        </w:rPr>
      </w:pPr>
      <w:r w:rsidRPr="00635C19">
        <w:rPr>
          <w:b/>
          <w:bCs/>
        </w:rPr>
        <w:t>Website:</w:t>
      </w:r>
      <w:r w:rsidR="00786D64" w:rsidRPr="00635C19">
        <w:rPr>
          <w:b/>
          <w:bCs/>
        </w:rPr>
        <w:t xml:space="preserve"> </w:t>
      </w:r>
    </w:p>
    <w:p w14:paraId="107B13A7" w14:textId="6D7FFD3A" w:rsidR="00EF40FC" w:rsidRDefault="00C42802">
      <w:pPr>
        <w:rPr>
          <w:b/>
          <w:bCs/>
        </w:rPr>
      </w:pPr>
      <w:r w:rsidRPr="00635C19">
        <w:rPr>
          <w:b/>
          <w:bCs/>
        </w:rPr>
        <w:t>One-</w:t>
      </w:r>
      <w:r w:rsidR="00C446FF" w:rsidRPr="00635C19">
        <w:rPr>
          <w:b/>
          <w:bCs/>
        </w:rPr>
        <w:t>sentence</w:t>
      </w:r>
      <w:r w:rsidRPr="00635C19">
        <w:rPr>
          <w:b/>
          <w:bCs/>
        </w:rPr>
        <w:t xml:space="preserve"> description</w:t>
      </w:r>
      <w:r w:rsidR="00C446FF" w:rsidRPr="00635C19">
        <w:rPr>
          <w:b/>
          <w:bCs/>
        </w:rPr>
        <w:t xml:space="preserve"> of your organization</w:t>
      </w:r>
      <w:r w:rsidRPr="00635C19">
        <w:rPr>
          <w:b/>
          <w:bCs/>
        </w:rPr>
        <w:t xml:space="preserve"> (max 20 words):</w:t>
      </w:r>
      <w:r w:rsidR="00786D64" w:rsidRPr="00635C19">
        <w:rPr>
          <w:b/>
          <w:bCs/>
        </w:rPr>
        <w:t xml:space="preserve"> </w:t>
      </w:r>
    </w:p>
    <w:p w14:paraId="627ABD08" w14:textId="77777777" w:rsidR="00635C19" w:rsidRPr="00635C19" w:rsidRDefault="00635C19">
      <w:pPr>
        <w:rPr>
          <w:b/>
          <w:bCs/>
        </w:rPr>
      </w:pPr>
    </w:p>
    <w:p w14:paraId="7E082C1F" w14:textId="60D66B98" w:rsidR="00EF40FC" w:rsidRPr="00635C19" w:rsidRDefault="00C42802">
      <w:pPr>
        <w:rPr>
          <w:b/>
          <w:bCs/>
        </w:rPr>
      </w:pPr>
      <w:r w:rsidRPr="00635C19">
        <w:rPr>
          <w:b/>
          <w:bCs/>
        </w:rPr>
        <w:t>Project Title:</w:t>
      </w:r>
      <w:r w:rsidR="00786D64" w:rsidRPr="00635C19">
        <w:rPr>
          <w:b/>
          <w:bCs/>
        </w:rPr>
        <w:t xml:space="preserve"> </w:t>
      </w:r>
    </w:p>
    <w:p w14:paraId="4F6DC97E" w14:textId="490A0F38" w:rsidR="00786D64" w:rsidRDefault="00786D64" w:rsidP="00635C19">
      <w:pPr>
        <w:spacing w:after="0"/>
        <w:rPr>
          <w:rFonts w:eastAsia="Times New Roman" w:cs="Segoe UI"/>
          <w:sz w:val="21"/>
          <w:szCs w:val="21"/>
        </w:rPr>
      </w:pPr>
      <w:r w:rsidRPr="00635C19">
        <w:rPr>
          <w:b/>
          <w:bCs/>
        </w:rPr>
        <w:t>The project in your grant application is (select one):</w:t>
      </w:r>
      <w:r w:rsidRPr="00FF37CE">
        <w:rPr>
          <w:rFonts w:eastAsia="Times New Roman" w:cs="Segoe UI"/>
          <w:sz w:val="21"/>
          <w:szCs w:val="21"/>
        </w:rPr>
        <w:br/>
      </w:r>
      <w:r w:rsidRPr="00FF37CE">
        <w:rPr>
          <w:rFonts w:ascii="Segoe UI Symbol" w:eastAsia="Times New Roman" w:hAnsi="Segoe UI Symbol" w:cs="Segoe UI Symbol"/>
          <w:sz w:val="21"/>
          <w:szCs w:val="21"/>
        </w:rPr>
        <w:t>☐</w:t>
      </w:r>
      <w:r w:rsidRPr="00FF37CE">
        <w:rPr>
          <w:rFonts w:eastAsia="Times New Roman" w:cs="Segoe UI"/>
          <w:sz w:val="21"/>
          <w:szCs w:val="21"/>
        </w:rPr>
        <w:t xml:space="preserve"> Adding </w:t>
      </w:r>
      <w:r w:rsidR="00B97203">
        <w:rPr>
          <w:rFonts w:eastAsia="Times New Roman" w:cs="Segoe UI"/>
          <w:sz w:val="21"/>
          <w:szCs w:val="21"/>
        </w:rPr>
        <w:t xml:space="preserve">a </w:t>
      </w:r>
      <w:r w:rsidRPr="00FF37CE">
        <w:rPr>
          <w:rFonts w:eastAsia="Times New Roman" w:cs="Segoe UI"/>
          <w:sz w:val="21"/>
          <w:szCs w:val="21"/>
        </w:rPr>
        <w:t xml:space="preserve">New Program </w:t>
      </w:r>
      <w:r w:rsidRPr="00FF37CE">
        <w:rPr>
          <w:rFonts w:eastAsia="Times New Roman" w:cs="Segoe UI"/>
          <w:sz w:val="21"/>
          <w:szCs w:val="21"/>
        </w:rPr>
        <w:br/>
      </w:r>
      <w:r w:rsidRPr="00FF37CE">
        <w:rPr>
          <w:rFonts w:ascii="Segoe UI Symbol" w:eastAsia="Times New Roman" w:hAnsi="Segoe UI Symbol" w:cs="Segoe UI Symbol"/>
          <w:sz w:val="21"/>
          <w:szCs w:val="21"/>
        </w:rPr>
        <w:t>☐</w:t>
      </w:r>
      <w:r w:rsidRPr="00FF37CE">
        <w:rPr>
          <w:rFonts w:eastAsia="Times New Roman" w:cs="Segoe UI"/>
          <w:sz w:val="21"/>
          <w:szCs w:val="21"/>
        </w:rPr>
        <w:t xml:space="preserve"> Expansion of Existing Program (or adding person to expand existing program)</w:t>
      </w:r>
      <w:r w:rsidRPr="00FF37CE">
        <w:rPr>
          <w:rFonts w:eastAsia="Times New Roman" w:cs="Segoe UI"/>
          <w:sz w:val="21"/>
          <w:szCs w:val="21"/>
        </w:rPr>
        <w:br/>
      </w:r>
      <w:r w:rsidRPr="00FF37CE">
        <w:rPr>
          <w:rFonts w:ascii="Segoe UI Symbol" w:eastAsia="Times New Roman" w:hAnsi="Segoe UI Symbol" w:cs="Segoe UI Symbol"/>
          <w:sz w:val="21"/>
          <w:szCs w:val="21"/>
        </w:rPr>
        <w:t>☐</w:t>
      </w:r>
      <w:r w:rsidRPr="00FF37CE">
        <w:rPr>
          <w:rFonts w:eastAsia="Times New Roman" w:cs="Segoe UI"/>
          <w:sz w:val="21"/>
          <w:szCs w:val="21"/>
        </w:rPr>
        <w:t xml:space="preserve"> One-Time Initiative</w:t>
      </w:r>
    </w:p>
    <w:p w14:paraId="387A0DAD" w14:textId="7217DA6D" w:rsidR="00B97203" w:rsidRDefault="00B97203" w:rsidP="00635C19">
      <w:pPr>
        <w:spacing w:after="0"/>
        <w:rPr>
          <w:rFonts w:eastAsia="Times New Roman" w:cs="Segoe UI"/>
          <w:sz w:val="21"/>
          <w:szCs w:val="21"/>
        </w:rPr>
      </w:pPr>
      <w:r w:rsidRPr="00FF37CE">
        <w:rPr>
          <w:rFonts w:ascii="Segoe UI Symbol" w:eastAsia="Times New Roman" w:hAnsi="Segoe UI Symbol" w:cs="Segoe UI Symbol"/>
          <w:sz w:val="21"/>
          <w:szCs w:val="21"/>
        </w:rPr>
        <w:t>☐</w:t>
      </w:r>
      <w:r w:rsidRPr="00FF37CE">
        <w:rPr>
          <w:rFonts w:eastAsia="Times New Roman" w:cs="Segoe UI"/>
          <w:sz w:val="21"/>
          <w:szCs w:val="21"/>
        </w:rPr>
        <w:t xml:space="preserve"> </w:t>
      </w:r>
      <w:r>
        <w:rPr>
          <w:rFonts w:eastAsia="Times New Roman" w:cs="Segoe UI"/>
          <w:sz w:val="21"/>
          <w:szCs w:val="21"/>
        </w:rPr>
        <w:t>Support for ongoing work of the ministry</w:t>
      </w:r>
    </w:p>
    <w:p w14:paraId="1148919F" w14:textId="77777777" w:rsidR="00B97203" w:rsidRPr="00FF37CE" w:rsidRDefault="00B97203" w:rsidP="00786D64"/>
    <w:p w14:paraId="5F11ADCE" w14:textId="77777777" w:rsidR="00EF40FC" w:rsidRPr="00635C19" w:rsidRDefault="00C42802">
      <w:pPr>
        <w:rPr>
          <w:b/>
          <w:bCs/>
        </w:rPr>
      </w:pPr>
      <w:r w:rsidRPr="00635C19">
        <w:rPr>
          <w:b/>
          <w:bCs/>
        </w:rPr>
        <w:t>3-sentence project summary (what you will do, for whom, and why it matters):</w:t>
      </w:r>
    </w:p>
    <w:p w14:paraId="3FC793BB" w14:textId="77777777" w:rsidR="00F83211" w:rsidRDefault="00F83211" w:rsidP="00C446FF"/>
    <w:p w14:paraId="08761A33" w14:textId="7C436005" w:rsidR="00C446FF" w:rsidRPr="00635C19" w:rsidRDefault="00C446FF" w:rsidP="00C446FF">
      <w:pPr>
        <w:rPr>
          <w:b/>
          <w:bCs/>
        </w:rPr>
      </w:pPr>
      <w:r w:rsidRPr="00635C19">
        <w:rPr>
          <w:b/>
          <w:bCs/>
        </w:rPr>
        <w:t xml:space="preserve">Grant Amount Requested: </w:t>
      </w:r>
    </w:p>
    <w:p w14:paraId="5F7574F2" w14:textId="6A471A68" w:rsidR="00786D64" w:rsidRPr="00635C19" w:rsidRDefault="0046211E" w:rsidP="0046211E">
      <w:pPr>
        <w:spacing w:before="100" w:beforeAutospacing="1" w:after="100" w:afterAutospacing="1" w:line="300" w:lineRule="atLeast"/>
        <w:rPr>
          <w:b/>
          <w:bCs/>
        </w:rPr>
      </w:pPr>
      <w:r w:rsidRPr="00635C19">
        <w:rPr>
          <w:b/>
          <w:bCs/>
        </w:rPr>
        <w:t>% of Total Organizational Budget This Grant Represents:</w:t>
      </w:r>
    </w:p>
    <w:p w14:paraId="6FE32A81" w14:textId="77777777" w:rsidR="00635C19" w:rsidRDefault="00635C19">
      <w:pPr>
        <w:rPr>
          <w:rFonts w:asciiTheme="majorHAnsi" w:eastAsiaTheme="majorEastAsia" w:hAnsiTheme="majorHAnsi" w:cstheme="majorBidi"/>
          <w:b/>
          <w:bCs/>
          <w:color w:val="365F91" w:themeColor="accent1" w:themeShade="BF"/>
          <w:sz w:val="28"/>
          <w:szCs w:val="28"/>
        </w:rPr>
      </w:pPr>
      <w:r>
        <w:br w:type="page"/>
      </w:r>
    </w:p>
    <w:p w14:paraId="071C6203" w14:textId="58271F28" w:rsidR="00EF40FC" w:rsidRDefault="00C42802">
      <w:pPr>
        <w:pStyle w:val="Heading1"/>
      </w:pPr>
      <w:r>
        <w:lastRenderedPageBreak/>
        <w:t xml:space="preserve">SECTION </w:t>
      </w:r>
      <w:r w:rsidR="00FF37CE">
        <w:t>2</w:t>
      </w:r>
      <w:r>
        <w:t>: MISSION ALIGNMENT (200–300 words)</w:t>
      </w:r>
    </w:p>
    <w:p w14:paraId="66E8CEA6" w14:textId="75D27F70" w:rsidR="00EF40FC" w:rsidRDefault="22139DC2">
      <w:r>
        <w:t xml:space="preserve">Clearly describe how your organization and this project align with the mission of One Hundred Shares Dallas. Our mission is to support the work of nonprofit organizations that serve the least of these in </w:t>
      </w:r>
      <w:proofErr w:type="gramStart"/>
      <w:r>
        <w:t>Dallas, and</w:t>
      </w:r>
      <w:proofErr w:type="gramEnd"/>
      <w:r>
        <w:t xml:space="preserve"> share the gospel in both word and deed. Explain why this specific project reflects that mission in a meaningful way.</w:t>
      </w:r>
    </w:p>
    <w:p w14:paraId="0C4CB40A" w14:textId="77777777" w:rsidR="00EF40FC" w:rsidRDefault="00EF40FC"/>
    <w:p w14:paraId="75A38F2A" w14:textId="77777777" w:rsidR="00EF40FC" w:rsidRDefault="00EF40FC"/>
    <w:p w14:paraId="1EB82C8E" w14:textId="77777777" w:rsidR="00EF40FC" w:rsidRDefault="00EF40FC"/>
    <w:p w14:paraId="2100D149" w14:textId="4F3A2AC9" w:rsidR="22139DC2" w:rsidRDefault="22139DC2"/>
    <w:p w14:paraId="1A920573" w14:textId="77777777" w:rsidR="00EF40FC" w:rsidRDefault="00EF40FC"/>
    <w:p w14:paraId="6EE7D9A7" w14:textId="77777777" w:rsidR="00EF40FC" w:rsidRDefault="00EF40FC"/>
    <w:p w14:paraId="4F95C371" w14:textId="23D3A8E8" w:rsidR="00EF40FC" w:rsidRDefault="00C42802">
      <w:pPr>
        <w:pStyle w:val="Heading1"/>
      </w:pPr>
      <w:r>
        <w:t>SECTION 3: THE PROJECT (300–400 words</w:t>
      </w:r>
      <w:r w:rsidR="0046211E">
        <w:t xml:space="preserve"> - Why this, why now?)</w:t>
      </w:r>
    </w:p>
    <w:p w14:paraId="3F77B5EB" w14:textId="77777777" w:rsidR="00EF40FC" w:rsidRDefault="00C42802">
      <w:r>
        <w:t>Describe the need you are addressing, the population you will serve, and what you will do with this grant. Explain why this is the right project at the right time for your organization, why OHS funding is especially catalytic, and what would exist, expand, or change that would NOT happen without this grant.</w:t>
      </w:r>
    </w:p>
    <w:p w14:paraId="6E8AD97A" w14:textId="77777777" w:rsidR="00EF40FC" w:rsidRDefault="00EF40FC"/>
    <w:p w14:paraId="5FC606BE" w14:textId="77777777" w:rsidR="00EF40FC" w:rsidRDefault="00EF40FC"/>
    <w:p w14:paraId="4AFD96BE" w14:textId="77777777" w:rsidR="00EF40FC" w:rsidRDefault="00EF40FC"/>
    <w:p w14:paraId="7D8CCA31" w14:textId="77777777" w:rsidR="00EF40FC" w:rsidRDefault="00EF40FC"/>
    <w:p w14:paraId="7594EF70" w14:textId="5C4B5FCC" w:rsidR="22139DC2" w:rsidRDefault="22139DC2"/>
    <w:p w14:paraId="1D35AB78" w14:textId="77777777" w:rsidR="00EF40FC" w:rsidRDefault="00EF40FC"/>
    <w:p w14:paraId="2EFFE333" w14:textId="77777777" w:rsidR="00EF40FC" w:rsidRDefault="00EF40FC"/>
    <w:p w14:paraId="29BBF5BE" w14:textId="77777777" w:rsidR="00EF40FC" w:rsidRDefault="00C42802">
      <w:pPr>
        <w:pStyle w:val="Heading1"/>
      </w:pPr>
      <w:r>
        <w:t>SECTION 4: IMPACT (150–250 words)</w:t>
      </w:r>
    </w:p>
    <w:p w14:paraId="2ACF482D" w14:textId="0DDEB655" w:rsidR="00EF40FC" w:rsidRDefault="22139DC2">
      <w:r>
        <w:t>Describe three specific measurable goals and what success will look like in 12 months. Explain how you will evaluate whether the project is successful.</w:t>
      </w:r>
    </w:p>
    <w:p w14:paraId="6D10AB21" w14:textId="77777777" w:rsidR="00EF40FC" w:rsidRDefault="00EF40FC"/>
    <w:p w14:paraId="33820773" w14:textId="77777777" w:rsidR="00EF40FC" w:rsidRDefault="00EF40FC"/>
    <w:p w14:paraId="1E64A75D" w14:textId="77777777" w:rsidR="00EF40FC" w:rsidRDefault="00EF40FC"/>
    <w:p w14:paraId="2E0E8917" w14:textId="77777777" w:rsidR="00EF40FC" w:rsidRDefault="00C42802">
      <w:pPr>
        <w:pStyle w:val="Heading1"/>
      </w:pPr>
      <w:r>
        <w:lastRenderedPageBreak/>
        <w:t>SECTION 5: BUDGET</w:t>
      </w:r>
    </w:p>
    <w:p w14:paraId="7EAE00EE" w14:textId="7997C586" w:rsidR="00EF40FC" w:rsidRDefault="22139DC2">
      <w:r w:rsidRPr="22139DC2">
        <w:rPr>
          <w:b/>
          <w:bCs/>
        </w:rPr>
        <w:t>Budget Table.</w:t>
      </w:r>
      <w:r>
        <w:t xml:space="preserve"> Complete the table below for your project. Percentages must total 100%. You may add line items.</w:t>
      </w:r>
    </w:p>
    <w:tbl>
      <w:tblPr>
        <w:tblW w:w="8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4084"/>
        <w:gridCol w:w="1020"/>
        <w:gridCol w:w="1120"/>
      </w:tblGrid>
      <w:tr w:rsidR="00EF40FC" w14:paraId="751B9C2E" w14:textId="77777777" w:rsidTr="22139DC2">
        <w:tc>
          <w:tcPr>
            <w:tcW w:w="1830" w:type="dxa"/>
          </w:tcPr>
          <w:p w14:paraId="7466B8E6" w14:textId="77777777" w:rsidR="00EF40FC" w:rsidRDefault="00C42802">
            <w:r>
              <w:t>Category</w:t>
            </w:r>
          </w:p>
        </w:tc>
        <w:tc>
          <w:tcPr>
            <w:tcW w:w="4084" w:type="dxa"/>
          </w:tcPr>
          <w:p w14:paraId="23D034EF" w14:textId="7421C9A4" w:rsidR="00EF40FC" w:rsidRDefault="22139DC2">
            <w:r>
              <w:t>Item/Description</w:t>
            </w:r>
          </w:p>
        </w:tc>
        <w:tc>
          <w:tcPr>
            <w:tcW w:w="1020" w:type="dxa"/>
          </w:tcPr>
          <w:p w14:paraId="548E3135" w14:textId="77777777" w:rsidR="00EF40FC" w:rsidRDefault="00C42802">
            <w:r>
              <w:t>Cost ($)</w:t>
            </w:r>
          </w:p>
        </w:tc>
        <w:tc>
          <w:tcPr>
            <w:tcW w:w="1120" w:type="dxa"/>
          </w:tcPr>
          <w:p w14:paraId="6E029BB0" w14:textId="77777777" w:rsidR="00EF40FC" w:rsidRDefault="00C42802">
            <w:r>
              <w:t>% of Total</w:t>
            </w:r>
          </w:p>
        </w:tc>
      </w:tr>
      <w:tr w:rsidR="00EF40FC" w14:paraId="3B73D8DE" w14:textId="77777777" w:rsidTr="22139DC2">
        <w:tc>
          <w:tcPr>
            <w:tcW w:w="1830" w:type="dxa"/>
          </w:tcPr>
          <w:p w14:paraId="3F438A9F" w14:textId="77777777" w:rsidR="00EF40FC" w:rsidRDefault="00C42802">
            <w:r>
              <w:t>Personnel (Program)</w:t>
            </w:r>
          </w:p>
        </w:tc>
        <w:tc>
          <w:tcPr>
            <w:tcW w:w="4084" w:type="dxa"/>
          </w:tcPr>
          <w:p w14:paraId="1D29BD9F" w14:textId="77777777" w:rsidR="00EF40FC" w:rsidRDefault="00EF40FC"/>
        </w:tc>
        <w:tc>
          <w:tcPr>
            <w:tcW w:w="1020" w:type="dxa"/>
          </w:tcPr>
          <w:p w14:paraId="1DCFF908" w14:textId="77777777" w:rsidR="00EF40FC" w:rsidRDefault="00EF40FC"/>
        </w:tc>
        <w:tc>
          <w:tcPr>
            <w:tcW w:w="1120" w:type="dxa"/>
          </w:tcPr>
          <w:p w14:paraId="4E9168F2" w14:textId="77777777" w:rsidR="00EF40FC" w:rsidRDefault="00EF40FC"/>
        </w:tc>
      </w:tr>
      <w:tr w:rsidR="00EF40FC" w14:paraId="1C252D87" w14:textId="77777777" w:rsidTr="22139DC2">
        <w:tc>
          <w:tcPr>
            <w:tcW w:w="1830" w:type="dxa"/>
          </w:tcPr>
          <w:p w14:paraId="66538507" w14:textId="77777777" w:rsidR="00EF40FC" w:rsidRDefault="00C42802">
            <w:r>
              <w:t>Personnel (Administrative)</w:t>
            </w:r>
          </w:p>
        </w:tc>
        <w:tc>
          <w:tcPr>
            <w:tcW w:w="4084" w:type="dxa"/>
          </w:tcPr>
          <w:p w14:paraId="2D234937" w14:textId="77777777" w:rsidR="00EF40FC" w:rsidRDefault="00EF40FC"/>
        </w:tc>
        <w:tc>
          <w:tcPr>
            <w:tcW w:w="1020" w:type="dxa"/>
          </w:tcPr>
          <w:p w14:paraId="07F2D4CD" w14:textId="77777777" w:rsidR="00EF40FC" w:rsidRDefault="00EF40FC"/>
        </w:tc>
        <w:tc>
          <w:tcPr>
            <w:tcW w:w="1120" w:type="dxa"/>
          </w:tcPr>
          <w:p w14:paraId="09DA70C7" w14:textId="77777777" w:rsidR="00EF40FC" w:rsidRDefault="00EF40FC"/>
        </w:tc>
      </w:tr>
      <w:tr w:rsidR="00EF40FC" w14:paraId="0C209B47" w14:textId="77777777" w:rsidTr="22139DC2">
        <w:tc>
          <w:tcPr>
            <w:tcW w:w="1830" w:type="dxa"/>
          </w:tcPr>
          <w:p w14:paraId="59506676" w14:textId="77777777" w:rsidR="00EF40FC" w:rsidRDefault="00C42802">
            <w:r>
              <w:t>Program Expenses</w:t>
            </w:r>
          </w:p>
        </w:tc>
        <w:tc>
          <w:tcPr>
            <w:tcW w:w="4084" w:type="dxa"/>
          </w:tcPr>
          <w:p w14:paraId="7C77B593" w14:textId="77777777" w:rsidR="00EF40FC" w:rsidRDefault="00EF40FC"/>
        </w:tc>
        <w:tc>
          <w:tcPr>
            <w:tcW w:w="1020" w:type="dxa"/>
          </w:tcPr>
          <w:p w14:paraId="4D5AED17" w14:textId="77777777" w:rsidR="00EF40FC" w:rsidRDefault="00EF40FC"/>
        </w:tc>
        <w:tc>
          <w:tcPr>
            <w:tcW w:w="1120" w:type="dxa"/>
          </w:tcPr>
          <w:p w14:paraId="3446686B" w14:textId="77777777" w:rsidR="00EF40FC" w:rsidRDefault="00EF40FC"/>
        </w:tc>
      </w:tr>
      <w:tr w:rsidR="00EF40FC" w14:paraId="1392F434" w14:textId="77777777" w:rsidTr="22139DC2">
        <w:tc>
          <w:tcPr>
            <w:tcW w:w="1830" w:type="dxa"/>
          </w:tcPr>
          <w:p w14:paraId="59F1B46E" w14:textId="77777777" w:rsidR="00EF40FC" w:rsidRDefault="00C42802">
            <w:r>
              <w:t>Equipment</w:t>
            </w:r>
          </w:p>
        </w:tc>
        <w:tc>
          <w:tcPr>
            <w:tcW w:w="4084" w:type="dxa"/>
          </w:tcPr>
          <w:p w14:paraId="28A3BE4C" w14:textId="77777777" w:rsidR="00EF40FC" w:rsidRDefault="00EF40FC"/>
        </w:tc>
        <w:tc>
          <w:tcPr>
            <w:tcW w:w="1020" w:type="dxa"/>
          </w:tcPr>
          <w:p w14:paraId="18019946" w14:textId="77777777" w:rsidR="00EF40FC" w:rsidRDefault="00EF40FC"/>
        </w:tc>
        <w:tc>
          <w:tcPr>
            <w:tcW w:w="1120" w:type="dxa"/>
          </w:tcPr>
          <w:p w14:paraId="1061D0C6" w14:textId="77777777" w:rsidR="00EF40FC" w:rsidRDefault="00EF40FC"/>
        </w:tc>
      </w:tr>
      <w:tr w:rsidR="00EF40FC" w14:paraId="7DE8F349" w14:textId="77777777" w:rsidTr="22139DC2">
        <w:tc>
          <w:tcPr>
            <w:tcW w:w="1830" w:type="dxa"/>
          </w:tcPr>
          <w:p w14:paraId="07AF322E" w14:textId="77777777" w:rsidR="00EF40FC" w:rsidRDefault="00C42802">
            <w:r>
              <w:t>Other</w:t>
            </w:r>
          </w:p>
        </w:tc>
        <w:tc>
          <w:tcPr>
            <w:tcW w:w="4084" w:type="dxa"/>
          </w:tcPr>
          <w:p w14:paraId="6724C688" w14:textId="77777777" w:rsidR="00EF40FC" w:rsidRDefault="00EF40FC"/>
        </w:tc>
        <w:tc>
          <w:tcPr>
            <w:tcW w:w="1020" w:type="dxa"/>
          </w:tcPr>
          <w:p w14:paraId="42D27238" w14:textId="77777777" w:rsidR="00EF40FC" w:rsidRDefault="00EF40FC"/>
        </w:tc>
        <w:tc>
          <w:tcPr>
            <w:tcW w:w="1120" w:type="dxa"/>
          </w:tcPr>
          <w:p w14:paraId="1E74B24D" w14:textId="77777777" w:rsidR="00EF40FC" w:rsidRDefault="00EF40FC"/>
        </w:tc>
      </w:tr>
    </w:tbl>
    <w:p w14:paraId="6CCA2403" w14:textId="77777777" w:rsidR="00EF40FC" w:rsidRPr="00565A3F" w:rsidRDefault="00C42802">
      <w:pPr>
        <w:rPr>
          <w:b/>
          <w:bCs/>
        </w:rPr>
      </w:pPr>
      <w:r>
        <w:br/>
      </w:r>
      <w:r w:rsidRPr="00565A3F">
        <w:rPr>
          <w:b/>
          <w:bCs/>
        </w:rPr>
        <w:t>Budget Narrative (150–250 words):</w:t>
      </w:r>
    </w:p>
    <w:p w14:paraId="21D487E5" w14:textId="503C0B91" w:rsidR="00EF40FC" w:rsidRDefault="22139DC2">
      <w:r>
        <w:t>What are the most important budget items and why? How does this budget drive impact? Please also explain any expense over $10,000.</w:t>
      </w:r>
    </w:p>
    <w:p w14:paraId="716E18F5" w14:textId="77777777" w:rsidR="00EF40FC" w:rsidRDefault="00EF40FC"/>
    <w:p w14:paraId="27C054C2" w14:textId="77777777" w:rsidR="00EF40FC" w:rsidRDefault="00EF40FC"/>
    <w:p w14:paraId="188063BB" w14:textId="77777777" w:rsidR="00EF40FC" w:rsidRDefault="00EF40FC"/>
    <w:p w14:paraId="107EBAD4" w14:textId="77777777" w:rsidR="00EF40FC" w:rsidRDefault="00EF40FC"/>
    <w:p w14:paraId="68D20BD7" w14:textId="77777777" w:rsidR="00EF40FC" w:rsidRDefault="00C42802">
      <w:pPr>
        <w:pStyle w:val="Heading1"/>
      </w:pPr>
      <w:r>
        <w:t>SECTION 6: IMPLEMENTATION (200–300 words)</w:t>
      </w:r>
    </w:p>
    <w:p w14:paraId="5D1D131E" w14:textId="522A9F1F" w:rsidR="00EF40FC" w:rsidRDefault="22139DC2">
      <w:r>
        <w:t>Outline your timeline, key milestones and staff involved. Explain why your organization is prepared to successfully execute this project.</w:t>
      </w:r>
    </w:p>
    <w:p w14:paraId="3F7341D6" w14:textId="77777777" w:rsidR="00EF40FC" w:rsidRDefault="00EF40FC"/>
    <w:p w14:paraId="43B183B6" w14:textId="77777777" w:rsidR="00EF40FC" w:rsidRDefault="00EF40FC"/>
    <w:p w14:paraId="0C16B636" w14:textId="77777777" w:rsidR="00EF40FC" w:rsidRDefault="00EF40FC"/>
    <w:p w14:paraId="5E58E7F8" w14:textId="77777777" w:rsidR="00EF40FC" w:rsidRDefault="00EF40FC"/>
    <w:p w14:paraId="13C7F155" w14:textId="77777777" w:rsidR="00EF40FC" w:rsidRDefault="00C42802">
      <w:pPr>
        <w:pStyle w:val="Heading1"/>
      </w:pPr>
      <w:r>
        <w:lastRenderedPageBreak/>
        <w:t>SECTION 7: SUSTAINABILITY (150–250 words)</w:t>
      </w:r>
    </w:p>
    <w:p w14:paraId="7882145B" w14:textId="77777777" w:rsidR="00EF40FC" w:rsidRDefault="00C42802">
      <w:r>
        <w:t>Explain what will happen after OHS funding ends. Describe how the project will continue or grow and how it will be supported financially in the future.</w:t>
      </w:r>
    </w:p>
    <w:p w14:paraId="3153D607" w14:textId="77777777" w:rsidR="00EF40FC" w:rsidRDefault="00EF40FC"/>
    <w:p w14:paraId="5916150F" w14:textId="742F366C" w:rsidR="22139DC2" w:rsidRDefault="22139DC2"/>
    <w:p w14:paraId="41E50154" w14:textId="23179C75" w:rsidR="22139DC2" w:rsidRDefault="22139DC2"/>
    <w:p w14:paraId="0AFE3536" w14:textId="6461682C" w:rsidR="22139DC2" w:rsidRDefault="22139DC2"/>
    <w:p w14:paraId="0E0DC39A" w14:textId="3942B00E" w:rsidR="22139DC2" w:rsidRDefault="22139DC2"/>
    <w:p w14:paraId="088AE2BC" w14:textId="77777777" w:rsidR="00EF40FC" w:rsidRDefault="00C42802" w:rsidP="0015253A">
      <w:pPr>
        <w:pStyle w:val="Heading1"/>
      </w:pPr>
      <w:r>
        <w:t>SECTION 8: GOSPEL &amp; STORY (150–250 words)</w:t>
      </w:r>
    </w:p>
    <w:p w14:paraId="5328FCEB" w14:textId="6007D631" w:rsidR="00EF40FC" w:rsidRDefault="00C42802">
      <w:r>
        <w:t>Describe how the gospel is shared through this work and include one short story or testimony that reflects the heart and impact of your ministry.</w:t>
      </w:r>
      <w:r w:rsidR="00DC5BEF">
        <w:t xml:space="preserve"> </w:t>
      </w:r>
    </w:p>
    <w:p w14:paraId="45BBAAF5" w14:textId="77777777" w:rsidR="0046211E" w:rsidRDefault="0046211E"/>
    <w:p w14:paraId="699CAA82" w14:textId="70882C79" w:rsidR="22139DC2" w:rsidRDefault="22139DC2"/>
    <w:p w14:paraId="102295C5" w14:textId="6264AF93" w:rsidR="22139DC2" w:rsidRDefault="22139DC2"/>
    <w:p w14:paraId="67400952" w14:textId="4F7658F1" w:rsidR="22139DC2" w:rsidRDefault="22139DC2"/>
    <w:p w14:paraId="233B9BB6" w14:textId="097A2D91" w:rsidR="22139DC2" w:rsidRDefault="22139DC2"/>
    <w:p w14:paraId="3DBAB108" w14:textId="20AB48EC" w:rsidR="22139DC2" w:rsidRDefault="22139DC2"/>
    <w:p w14:paraId="76EFC807" w14:textId="2B7254CD" w:rsidR="0046211E" w:rsidRDefault="22139DC2" w:rsidP="22139DC2">
      <w:r w:rsidRPr="22139DC2">
        <w:rPr>
          <w:rStyle w:val="Heading1Char"/>
        </w:rPr>
        <w:t>SECTION 9: ORGANIZATION OVERVIEW (KEEP BRIEF)</w:t>
      </w:r>
      <w:r w:rsidR="0046211E">
        <w:br/>
      </w:r>
      <w:r>
        <w:t xml:space="preserve">Please give a short version of your mission statement, key programs and annual number of people served. Please include your faith / doctrinal statement or include a link to it. These elements are especially important if this is your first time applying for an OHS grant. </w:t>
      </w:r>
      <w:r w:rsidR="0046211E">
        <w:br/>
      </w:r>
    </w:p>
    <w:p w14:paraId="03C35D3C" w14:textId="77777777" w:rsidR="0015253A" w:rsidRPr="0015253A" w:rsidRDefault="0015253A" w:rsidP="0015253A"/>
    <w:p w14:paraId="4BD302B0" w14:textId="67BD0908" w:rsidR="22139DC2" w:rsidRDefault="22139DC2"/>
    <w:p w14:paraId="38637723" w14:textId="5209A31F" w:rsidR="22139DC2" w:rsidRDefault="22139DC2"/>
    <w:p w14:paraId="13DB5D42" w14:textId="5865DAFD" w:rsidR="0015253A" w:rsidRDefault="22139DC2" w:rsidP="22139DC2">
      <w:pPr>
        <w:rPr>
          <w:rStyle w:val="Heading1Char"/>
        </w:rPr>
      </w:pPr>
      <w:r>
        <w:t xml:space="preserve">As a reminder – there are specific eligibility requirements and a proposal submission process. Please see the </w:t>
      </w:r>
      <w:r w:rsidRPr="22139DC2">
        <w:rPr>
          <w:b/>
          <w:bCs/>
        </w:rPr>
        <w:t>OHS Grant Applicant Checklist</w:t>
      </w:r>
      <w:r>
        <w:t>.</w:t>
      </w:r>
    </w:p>
    <w:p w14:paraId="4CF2485F" w14:textId="7B37E339" w:rsidR="0046211E" w:rsidRDefault="22139DC2" w:rsidP="0015253A">
      <w:r w:rsidRPr="22139DC2">
        <w:rPr>
          <w:rStyle w:val="Heading1Char"/>
        </w:rPr>
        <w:t xml:space="preserve">SECTION 10: ELIGIBILITY CHECKLIST </w:t>
      </w:r>
    </w:p>
    <w:p w14:paraId="536C9AF7" w14:textId="0B7AA7F8" w:rsidR="0046211E" w:rsidRDefault="22139DC2" w:rsidP="0015253A">
      <w:r>
        <w:t xml:space="preserve">As a reminder – there are specific eligibility requirements and a proposal submission process. Please see the </w:t>
      </w:r>
      <w:r w:rsidRPr="22139DC2">
        <w:rPr>
          <w:b/>
          <w:bCs/>
        </w:rPr>
        <w:t>OHS Grant Applicant Checklist</w:t>
      </w:r>
      <w:r>
        <w:t xml:space="preserve">. </w:t>
      </w:r>
    </w:p>
    <w:p w14:paraId="26A7F9F2" w14:textId="5B4FD858" w:rsidR="0046211E" w:rsidRDefault="22139DC2" w:rsidP="22139DC2">
      <w:r w:rsidRPr="22139DC2">
        <w:rPr>
          <w:rStyle w:val="Heading1Char"/>
        </w:rPr>
        <w:lastRenderedPageBreak/>
        <w:t>Do you meet all the eligibility requirements? (YES/NO)</w:t>
      </w:r>
    </w:p>
    <w:p w14:paraId="67D99EB7" w14:textId="43B5B0F4" w:rsidR="0046211E" w:rsidRDefault="22139DC2" w:rsidP="0015253A">
      <w:r>
        <w:t xml:space="preserve">- Serves Dallas </w:t>
      </w:r>
      <w:r w:rsidR="0046211E">
        <w:br/>
      </w:r>
      <w:r>
        <w:t>- Serves the least of these</w:t>
      </w:r>
      <w:r w:rsidR="0046211E">
        <w:br/>
      </w:r>
      <w:r>
        <w:t>- Shares the gospel</w:t>
      </w:r>
      <w:r w:rsidR="0046211E">
        <w:br/>
      </w:r>
      <w:r>
        <w:t>- 501(c)(3) for 2+ years</w:t>
      </w:r>
      <w:r w:rsidR="0046211E">
        <w:br/>
      </w:r>
      <w:r>
        <w:t>- Financial documents submitted</w:t>
      </w:r>
      <w:r w:rsidR="0046211E">
        <w:br/>
      </w:r>
    </w:p>
    <w:p w14:paraId="5F5C1096" w14:textId="7B946556" w:rsidR="0046211E" w:rsidRDefault="22139DC2" w:rsidP="22139DC2">
      <w:r w:rsidRPr="22139DC2">
        <w:rPr>
          <w:rStyle w:val="Heading1Char"/>
        </w:rPr>
        <w:t>SECTION 11: GRANT TIMELINE REMINDER</w:t>
      </w:r>
    </w:p>
    <w:p w14:paraId="22AABB28" w14:textId="3A7D6ADE" w:rsidR="0046211E" w:rsidRDefault="22139DC2" w:rsidP="22139DC2">
      <w:r w:rsidRPr="22139DC2">
        <w:rPr>
          <w:highlight w:val="yellow"/>
        </w:rPr>
        <w:t>Funds are dispersed to the winning applicant in the Spring – please keep this in mind when describing your project and its timing.</w:t>
      </w:r>
      <w:r>
        <w:t xml:space="preserve">  </w:t>
      </w:r>
    </w:p>
    <w:p w14:paraId="436A38D8" w14:textId="77777777" w:rsidR="00EF40FC" w:rsidRDefault="00EF40FC"/>
    <w:sectPr w:rsidR="00EF40FC" w:rsidSect="00790F24">
      <w:footerReference w:type="default" r:id="rId9"/>
      <w:footerReference w:type="first" r:id="rId10"/>
      <w:pgSz w:w="12240" w:h="15840"/>
      <w:pgMar w:top="1008"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FB2EDB" w14:textId="77777777" w:rsidR="00562CDF" w:rsidRDefault="00562CDF" w:rsidP="0046211E">
      <w:pPr>
        <w:spacing w:after="0" w:line="240" w:lineRule="auto"/>
      </w:pPr>
      <w:r>
        <w:separator/>
      </w:r>
    </w:p>
  </w:endnote>
  <w:endnote w:type="continuationSeparator" w:id="0">
    <w:p w14:paraId="2E986857" w14:textId="77777777" w:rsidR="00562CDF" w:rsidRDefault="00562CDF" w:rsidP="004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32414801"/>
      <w:docPartObj>
        <w:docPartGallery w:val="Page Numbers (Bottom of Page)"/>
        <w:docPartUnique/>
      </w:docPartObj>
    </w:sdtPr>
    <w:sdtEndPr>
      <w:rPr>
        <w:noProof/>
      </w:rPr>
    </w:sdtEndPr>
    <w:sdtContent>
      <w:p w14:paraId="0152A14E" w14:textId="4FA1CA87" w:rsidR="00B71A9D" w:rsidRDefault="00B71A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BBC660" w14:textId="77777777" w:rsidR="00B71A9D" w:rsidRDefault="00B71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2880"/>
      <w:gridCol w:w="2880"/>
      <w:gridCol w:w="2880"/>
    </w:tblGrid>
    <w:tr w:rsidR="76835BFB" w14:paraId="3D082D82" w14:textId="77777777" w:rsidTr="76835BFB">
      <w:trPr>
        <w:trHeight w:val="300"/>
      </w:trPr>
      <w:tc>
        <w:tcPr>
          <w:tcW w:w="2880" w:type="dxa"/>
        </w:tcPr>
        <w:p w14:paraId="461F0FEB" w14:textId="540E8792" w:rsidR="76835BFB" w:rsidRDefault="76835BFB" w:rsidP="76835BFB">
          <w:pPr>
            <w:pStyle w:val="Header"/>
            <w:ind w:left="-115"/>
          </w:pPr>
        </w:p>
      </w:tc>
      <w:tc>
        <w:tcPr>
          <w:tcW w:w="2880" w:type="dxa"/>
        </w:tcPr>
        <w:p w14:paraId="5D03B80E" w14:textId="52828445" w:rsidR="76835BFB" w:rsidRDefault="76835BFB" w:rsidP="76835BFB">
          <w:pPr>
            <w:pStyle w:val="Header"/>
            <w:jc w:val="center"/>
          </w:pPr>
        </w:p>
      </w:tc>
      <w:tc>
        <w:tcPr>
          <w:tcW w:w="2880" w:type="dxa"/>
        </w:tcPr>
        <w:p w14:paraId="0000F423" w14:textId="0110C836" w:rsidR="76835BFB" w:rsidRDefault="76835BFB" w:rsidP="76835BFB">
          <w:pPr>
            <w:pStyle w:val="Header"/>
            <w:ind w:right="-115"/>
            <w:jc w:val="right"/>
          </w:pPr>
        </w:p>
      </w:tc>
    </w:tr>
  </w:tbl>
  <w:p w14:paraId="3E56092E" w14:textId="1121D350" w:rsidR="76835BFB" w:rsidRDefault="76835BFB" w:rsidP="7683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9DD985" w14:textId="77777777" w:rsidR="00562CDF" w:rsidRDefault="00562CDF" w:rsidP="0046211E">
      <w:pPr>
        <w:spacing w:after="0" w:line="240" w:lineRule="auto"/>
      </w:pPr>
      <w:r>
        <w:separator/>
      </w:r>
    </w:p>
  </w:footnote>
  <w:footnote w:type="continuationSeparator" w:id="0">
    <w:p w14:paraId="7D776B40" w14:textId="77777777" w:rsidR="00562CDF" w:rsidRDefault="00562CDF" w:rsidP="00462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1445342">
    <w:abstractNumId w:val="8"/>
  </w:num>
  <w:num w:numId="2" w16cid:durableId="840782423">
    <w:abstractNumId w:val="6"/>
  </w:num>
  <w:num w:numId="3" w16cid:durableId="146555331">
    <w:abstractNumId w:val="5"/>
  </w:num>
  <w:num w:numId="4" w16cid:durableId="1756391143">
    <w:abstractNumId w:val="4"/>
  </w:num>
  <w:num w:numId="5" w16cid:durableId="1290161577">
    <w:abstractNumId w:val="7"/>
  </w:num>
  <w:num w:numId="6" w16cid:durableId="344132376">
    <w:abstractNumId w:val="3"/>
  </w:num>
  <w:num w:numId="7" w16cid:durableId="1125611722">
    <w:abstractNumId w:val="2"/>
  </w:num>
  <w:num w:numId="8" w16cid:durableId="1198081234">
    <w:abstractNumId w:val="1"/>
  </w:num>
  <w:num w:numId="9" w16cid:durableId="6070779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86F"/>
    <w:rsid w:val="000C406F"/>
    <w:rsid w:val="0015074B"/>
    <w:rsid w:val="0015253A"/>
    <w:rsid w:val="00175286"/>
    <w:rsid w:val="00183418"/>
    <w:rsid w:val="001B19E9"/>
    <w:rsid w:val="00221CFB"/>
    <w:rsid w:val="00265426"/>
    <w:rsid w:val="0029639D"/>
    <w:rsid w:val="00326F90"/>
    <w:rsid w:val="00333007"/>
    <w:rsid w:val="0041161B"/>
    <w:rsid w:val="00455483"/>
    <w:rsid w:val="0046211E"/>
    <w:rsid w:val="00466F98"/>
    <w:rsid w:val="00490491"/>
    <w:rsid w:val="004A7CB8"/>
    <w:rsid w:val="004C2660"/>
    <w:rsid w:val="004C3ED8"/>
    <w:rsid w:val="00562280"/>
    <w:rsid w:val="00562CDF"/>
    <w:rsid w:val="00565A3F"/>
    <w:rsid w:val="00635C19"/>
    <w:rsid w:val="006A2704"/>
    <w:rsid w:val="006B1932"/>
    <w:rsid w:val="006E683C"/>
    <w:rsid w:val="00786D64"/>
    <w:rsid w:val="00790F24"/>
    <w:rsid w:val="007A1AFC"/>
    <w:rsid w:val="007A69FF"/>
    <w:rsid w:val="00903068"/>
    <w:rsid w:val="009049CE"/>
    <w:rsid w:val="009F1E4A"/>
    <w:rsid w:val="009F78B1"/>
    <w:rsid w:val="00AA1D8D"/>
    <w:rsid w:val="00AF7C37"/>
    <w:rsid w:val="00B24DB9"/>
    <w:rsid w:val="00B47730"/>
    <w:rsid w:val="00B71A9D"/>
    <w:rsid w:val="00B7537C"/>
    <w:rsid w:val="00B95BEE"/>
    <w:rsid w:val="00B97203"/>
    <w:rsid w:val="00BC32EC"/>
    <w:rsid w:val="00C1158F"/>
    <w:rsid w:val="00C33922"/>
    <w:rsid w:val="00C42802"/>
    <w:rsid w:val="00C446FF"/>
    <w:rsid w:val="00C6586F"/>
    <w:rsid w:val="00CB0664"/>
    <w:rsid w:val="00D422CA"/>
    <w:rsid w:val="00D77BC3"/>
    <w:rsid w:val="00DC5BEF"/>
    <w:rsid w:val="00E305BB"/>
    <w:rsid w:val="00ED586D"/>
    <w:rsid w:val="00EF40FC"/>
    <w:rsid w:val="00F479E1"/>
    <w:rsid w:val="00F53678"/>
    <w:rsid w:val="00F83211"/>
    <w:rsid w:val="00F859DC"/>
    <w:rsid w:val="00FC693F"/>
    <w:rsid w:val="00FF37CE"/>
    <w:rsid w:val="22139DC2"/>
    <w:rsid w:val="76835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29D76"/>
  <w14:defaultImageDpi w14:val="300"/>
  <w15:docId w15:val="{F3B298E4-CAA7-44B3-80E4-96AEFF2F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654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629</Words>
  <Characters>3590</Characters>
  <Application>Microsoft Office Word</Application>
  <DocSecurity>0</DocSecurity>
  <Lines>29</Lines>
  <Paragraphs>8</Paragraphs>
  <ScaleCrop>false</ScaleCrop>
  <Manager/>
  <Company/>
  <LinksUpToDate>false</LinksUpToDate>
  <CharactersWithSpaces>4211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Hayes</dc:creator>
  <cp:keywords/>
  <dc:description>generated by python-docx</dc:description>
  <cp:lastModifiedBy>N S</cp:lastModifiedBy>
  <cp:revision>2</cp:revision>
  <cp:lastPrinted>2026-06-07T20:40:00Z</cp:lastPrinted>
  <dcterms:created xsi:type="dcterms:W3CDTF">2026-07-09T04:24:00Z</dcterms:created>
  <dcterms:modified xsi:type="dcterms:W3CDTF">2026-07-09T04:24:00Z</dcterms:modified>
  <cp:category/>
</cp:coreProperties>
</file>